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keepLines/>
        <w:spacing w:before="480" w:after="0"/>
        <w:jc w:val="center"/>
        <w:rPr>
          <w:lang w:val="it-IT"/>
        </w:rPr>
      </w:pPr>
      <w:r>
        <w:rPr>
          <w:lang w:val="it-IT"/>
        </w:rPr>
        <w:t xml:space="preserve">I. C. </w:t>
      </w:r>
      <w:r>
        <w:rPr>
          <w:lang w:val="it-IT"/>
        </w:rPr>
        <w:t>LEONARDO SCIASCIA</w:t>
      </w:r>
      <w:r>
        <w:rPr>
          <w:lang w:val="it-IT"/>
        </w:rPr>
        <w:t xml:space="preserve"> DI CAMPOREALE</w:t>
      </w:r>
    </w:p>
    <w:p>
      <w:pPr>
        <w:pStyle w:val="Heading2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MODULO DI ISCRIZIONE AL GRUPPO SPORTIVO STUDENTESCO (G.S.S.)</w:t>
      </w:r>
    </w:p>
    <w:p>
      <w:pPr>
        <w:pStyle w:val="Normal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</w:r>
    </w:p>
    <w:p>
      <w:pPr>
        <w:pStyle w:val="Normal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Anno scolastico: ____ / ____</w:t>
      </w:r>
    </w:p>
    <w:p>
      <w:pPr>
        <w:pStyle w:val="Heading3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DATI DELL’ALUNNO/A</w:t>
      </w:r>
    </w:p>
    <w:p>
      <w:pPr>
        <w:pStyle w:val="Normal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Cognome e nome: ____________________________________________</w:t>
      </w:r>
    </w:p>
    <w:p>
      <w:pPr>
        <w:pStyle w:val="Normal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Data di nascita: ____ / ____ / ______</w:t>
      </w:r>
    </w:p>
    <w:p>
      <w:pPr>
        <w:pStyle w:val="Normal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Luogo di nascita: ____________________________________________</w:t>
      </w:r>
    </w:p>
    <w:p>
      <w:pPr>
        <w:pStyle w:val="Normal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Classe e sezione: ___________</w:t>
      </w:r>
    </w:p>
    <w:p>
      <w:pPr>
        <w:pStyle w:val="Heading3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RECAPITI</w:t>
      </w:r>
    </w:p>
    <w:p>
      <w:pPr>
        <w:pStyle w:val="Normal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Indirizzo: ____________________________________________</w:t>
      </w:r>
    </w:p>
    <w:p>
      <w:pPr>
        <w:pStyle w:val="Normal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Telefono fisso/cellulare: _______________________________</w:t>
      </w:r>
    </w:p>
    <w:p>
      <w:pPr>
        <w:pStyle w:val="Normal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Email (facoltativa): ___________________________________</w:t>
      </w:r>
    </w:p>
    <w:p>
      <w:pPr>
        <w:pStyle w:val="Heading3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AUTORIZZAZIONE DEI GENITORI / TUTORI LEGALI</w:t>
      </w:r>
    </w:p>
    <w:p>
      <w:pPr>
        <w:pStyle w:val="Normal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</w:r>
    </w:p>
    <w:p>
      <w:pPr>
        <w:pStyle w:val="Normal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Il/la sottoscritto/a ________________________________________________, genitore/tutore dell’alunno/a sopra indicato/a,</w:t>
        <w:br/>
        <w:br/>
        <w:t>- autorizza la partecipazione alle attività del Gruppo Sportivo Studentesco (G.S.S.) organizzate dall’Istituto Comprensivo di Camporeale, sia all’interno che all’esterno dell’istituto;</w:t>
        <w:br/>
        <w:t xml:space="preserve">- dichiara di essere a conoscenza che le attività </w:t>
      </w:r>
      <w:r>
        <w:rPr>
          <w:rFonts w:ascii="Arial" w:hAnsi="Arial"/>
          <w:sz w:val="24"/>
          <w:szCs w:val="24"/>
          <w:lang w:val="it-IT"/>
        </w:rPr>
        <w:t xml:space="preserve">si </w:t>
      </w:r>
      <w:r>
        <w:rPr>
          <w:rFonts w:ascii="Arial" w:hAnsi="Arial"/>
          <w:sz w:val="24"/>
          <w:szCs w:val="24"/>
          <w:lang w:val="it-IT"/>
        </w:rPr>
        <w:t>svolger</w:t>
      </w:r>
      <w:r>
        <w:rPr>
          <w:rFonts w:ascii="Arial" w:hAnsi="Arial"/>
          <w:sz w:val="24"/>
          <w:szCs w:val="24"/>
          <w:lang w:val="it-IT"/>
        </w:rPr>
        <w:t xml:space="preserve">anno </w:t>
      </w:r>
      <w:r>
        <w:rPr>
          <w:rFonts w:ascii="Arial" w:hAnsi="Arial"/>
          <w:sz w:val="24"/>
          <w:szCs w:val="24"/>
          <w:lang w:val="it-IT"/>
        </w:rPr>
        <w:t xml:space="preserve"> in orario extrascolastico;</w:t>
        <w:br/>
        <w:t xml:space="preserve">- si impegna a presentare il certificato medico di idoneità alla pratica sportiva </w:t>
      </w:r>
      <w:r>
        <w:rPr>
          <w:rFonts w:ascii="Arial" w:hAnsi="Arial"/>
          <w:sz w:val="24"/>
          <w:szCs w:val="24"/>
          <w:lang w:val="it-IT"/>
        </w:rPr>
        <w:t xml:space="preserve">non </w:t>
      </w:r>
      <w:r>
        <w:rPr>
          <w:rFonts w:ascii="Arial" w:hAnsi="Arial"/>
          <w:sz w:val="24"/>
          <w:szCs w:val="24"/>
          <w:lang w:val="it-IT"/>
        </w:rPr>
        <w:t>agonistica in corso di validità, come previsto dalla normativa vigente.</w:t>
      </w:r>
    </w:p>
    <w:p>
      <w:pPr>
        <w:pStyle w:val="Heading3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FIRME</w:t>
      </w:r>
    </w:p>
    <w:p>
      <w:pPr>
        <w:pStyle w:val="Heading3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Data: ____ / ____ / ______</w:t>
      </w:r>
    </w:p>
    <w:p>
      <w:pPr>
        <w:pStyle w:val="Normal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</w:r>
    </w:p>
    <w:p>
      <w:pPr>
        <w:pStyle w:val="Normal"/>
        <w:spacing w:before="0" w:after="200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Firma del genitore/tutore: ____________________________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olo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LibreOffice/25.2.5.2$Windows_X86_64 LibreOffice_project/03d19516eb2e1dd5d4ccd751a0d6f35f35e08022</Application>
  <AppVersion>15.0000</AppVersion>
  <Pages>1</Pages>
  <Words>133</Words>
  <Characters>1073</Characters>
  <CharactersWithSpaces>1191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2025-10-21T11:24:09Z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